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Holzbau-Checkliste: Unterlagen, Fragen und Entscheidungspunkte für Bauherren</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Holzbau-Projekt starten: Die richtige Leistung finden und Anforderungen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hamburg.de/index.html" TargetMode="External"/><Relationship Id="rId10" Type="http://schemas.openxmlformats.org/officeDocument/2006/relationships/hyperlink" Target="https://oracle.1a-holzbauhamburg.de/hausbau-1/holzbau-projekt-starten-die-richtige-leistung-finden-und-anforderungen-c733fb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